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מאגר המשפטים – סוגות ותפניות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מאגר המשפטים: מזהים סוגה לפי רמזים במשפט, מבחינים בין פתיחה, סוף ותפנית, מסבירים מה יוצר מתח, וכותבים ״אמצע״ ותפנית לסיפור.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״הבלשית הכי צעירה בעיר הייתה בת שתים עשרה, והיא שנאה שקראו לה חמודה.״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מתח ובלשי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״ביום שבו כוח המשיכה הפסיק לעבוד, הייתי באמצע ארוחת בוקר.״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מדע בדיוני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״התוכי של סבא חוזר על כל מה שאומרים. כל מה.״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הומור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״השועלה הייתה מגיעה כל ערב לקצה השדה, יושבת ומסתכלת בחלון של יסמין.״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טבע ובעלי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״אבל אז המכונה כתבה על המסך משפט אחד: אני יודעת מי אתם.״ הוא תפנית לאמצע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״הדבורים חזרו, וגם הפרחים.״ מתאים לפתיחת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סיום – הוא סוגר את הבעיה (הדבורים שנעלמו חזרו).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תפנית לסוגה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״השעון בכיכר עצר בדיוק בשבע ושבע דקות.״ – איזו מילה או פרט במשפט יוצרים מתח? 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הפרט המדויק (שבע ושבע דקות) והעצירה הפתאומית מעוררים שאלה: למה עצר דווקא אז?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סיום מהדף ״המפתח היה כל הזמן בכיס של המעיל שלי.״ – מה לדעתכם הייתה הבעיה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הדמות חיפשה מפתח שאבד; הסיום מפתיע ומשעשע כי הוא היה אצלה כל הזמן.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תפנית משלכם (משפט אחד שמתחיל ב״ופתאום״ או ב״אבל אז״) לפתיחה ״מישהו החליף בלילה את כל השלטים ברחוב שלנו.״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 שמשנה כיוון, למשל: ״אבל אז גילינו שהשלטים החדשים מובילים כולם לאותו בית.״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שמתחיל בפתיחה ״מישהו החליף בלילה את כל השלטים ברחוב שלנו.״ ומשלב את התפנית שכתבתם.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+ תפנית משולבת + שיא + סיום; מילות קישור; תיאור.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פתיחה שמעורר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"מאגר המשפטים – סוגות ותפניות"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📚 מאגר המשפטים – סוגות ותפניות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סוגה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וסמנו את הסוגה המתאימה.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״הבלשית הכי צעירה בעיר הייתה בת שתים עשרה, והיא שנאה שקראו לה חמודה.״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מתח ובלשי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טבע ובעלי 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היסטורי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״ביום שבו כוח המשיכה הפסיק לעבוד, הייתי באמצע ארוחת בוקר.״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משפחה וחברות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אגדה ומשל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יומיום בבית הספר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״התוכי של סבא חוזר על כל מה שאומרים. כל מה.״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הומור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היסטורי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מתח ובלשי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הרפתקה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״השועלה הייתה מגיעה כל ערב לקצה השדה, יושבת ומסתכלת בחלון של יסמין.״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טבע ובעלי 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הומור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היסטורי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המשפט ״אבל אז המכונה כתבה על המסך משפט אחד: אני יודעת מי אתם.״ הוא תפנית לאמצע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״הדבורים חזרו, וגם הפרחים.״ מתאים לפתיחת סיפור.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מה עושה משפט טוב?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והסבירו.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התאימו כל תפנית לסוגה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ופתאום כל השעונים בעיר נעצרו באותה שנייה בדיוק.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 ובעלי חיים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ההודעה נשלחה, בטעות, לכל ההורים בכיתה.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 וחברות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אמא הודיעה שבעוד חודש אנחנו עוברים לגור בעיר אחרת.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הבנו שהכלב לא נובח עלינו, הוא מנסה להוביל אותנו למקום מסוים.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מדע בדיוני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״השעון בכיכר עצר בדיוק בשבע ושבע דקות.״ – איזו מילה או פרט במשפט יוצרים מתח? 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בחרו משפט סיום מהדף ״המפתח היה כל הזמן בכיס של המעיל שלי.״ – מה לדעתכם הייתה הבעיה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תפנית משלכם (משפט אחד שמתחיל ב״ופתאום״ או ב״אבל אז״) לפתיחה ״מישהו החליף בלילה את כל השלטים ברחוב שלנו.״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סיפור קצר שמתחיל בפתיחה ״מישהו החליף בלילה את כל השלטים ברחוב שלנו.״ ומשלב את התפנית שכתבתם.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סוגה הכי אהבתי במאגר?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פתיחה בסוגת ״יומיום בבית הספר״.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מאגר המשפטים – סוגות ותפניות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