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מחברת הכתיבה – מתכננים, כותבים, בודקים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מחברת הכתיבה: תכנון במסגרת (דמויות, מקום, זמן, בעיה, שיא, פתרון), שימוש בפתיחי משפט, כתיבה ובדיקה עצמית לפי רשימת הבדיקה והמחוון של האתר.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חלק במסגרת התכנון לשאלה שהוא עונה עליה.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״השיא״ במסגרת התכנון?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הכי מותח או מרגש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לתכנן את הסיפור לפני שמתחילים לכתוב.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פתיח משפט מתאים לרגע שבו קורה משהו לא צפוי?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פתאום…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מתאר רגש ״בלי להגיד את שם הרגש״?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הדמעות עמדו בעיניה.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שפרו את המשפט ״היה לילה והיה רעש.״ – הוסיפו חוש אחד ודימוי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״בלילה ללא ירח נשמעה חריקת דלת, שקטה כמו לחישה.״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פתיחה: ״בבית שלנו יש כלל אחד שאסור לשבור: ארוחת שישי ביחד, גם כשכולם כועסים על כולם.״ או ״ביום שבו כוח המשיכה הפסיק לעבוד, הייתי באמצע ארוחת בוקר.״ כתבו סיפור עם התחלה, בעיה, שיא וסוף, ולפחות שורת דיאלוג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 האתר (100): קשר למשפט 15, מבנה 20, דמויות 15, תיאור 15, לשון ורצף 15, כתיב ופיסוק 10, מקוריות 10.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עצמית: כתבו שני דברים מהרשימה שעשיתם (למשל: ״תיארתי 2 חושים״, ״יש דיאלוג עם מירכאות״) ודבר אחד שתשפרו.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פריטים מרשימת הבדיקה + יעד שיפור אחד.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"מחברת הכתיבה – מתכננים, כותבים, בודקים"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✍️ מחברת הכתיבה – מתכננים, כותבים, בודקים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מסגרת התכנון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את התשובה הנכונה.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התאימו כל חלק במסגרת התכנון לשאלה שהוא עונה עליה.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👥 דמויות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מי בסיפור ומה הן רוצות?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📍 מקום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איפה זה קורה? מה רואים ושומעים?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⏰ זמן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מה משתבש? מה צריך להשיג?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❗ בעיה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מתי? בוקר, לילה, עבר, עתיד?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מהו ״השיא״ במסגרת התכנון?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הרגע הכי מותח או מרגש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שם הסיפור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המקום שבו הסיפור קורה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כדאי לתכנן את הסיפור לפני שמתחילים לכתוב.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4. איזה פתיח משפט מתאים לרגע שבו קורה משהו לא צפוי?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בהתחלה…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פתאום…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בסוף…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משפרים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את המשפט מחדש, עם מילה יפה יותר.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5. איזה משפט מתאר רגש ״בלי להגיד את שם הרגש״?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היא הייתה עצובה.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הדמעות עמדו בעיניה.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היא הרגישה רע.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שפרו את המשפט ״היה לילה והיה רעש.״ – הוסיפו חוש אחד ודימוי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סיפור קצר. אחר כך סמנו 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בחרו פתיחה: ״בבית שלנו יש כלל אחד שאסור לשבור: ארוחת שישי ביחד, גם כשכולם כועסים על כולם.״ או ״ביום שבו כוח המשיכה הפסיק לעבוד, הייתי באמצע ארוחת בוקר.״ כתבו סיפור עם התחלה, בעיה, שיא וסוף, ולפחות שורת דיאלוג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בדיקה עצמית: כתבו שני דברים מהרשימה שעשיתם (למשל: ״תיארתי 2 חושים״, ״יש דיאלוג עם מירכאות״) ודבר אחד שתשפרו.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המשפט הכי טוב שכתבתי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מילת קישור חדשה שהשתמשתי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מחברת הכתיבה – מתכננים, כותבים, בודקים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