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מחברת הכתיבה – מתכננים, כותבים, בודקים (עולים)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התרגול מלווה את מחברת הכתיבה: תכנון במסגרת (דמויות, מקום, זמן, בעיה, שיא, פתרון), שימוש בפתיחי משפט, כתיבה ובדיקה עצמית לפי רשימת הבדיקה והמחוון של האתר.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עולים: גרסת עולים: מילון מילים בראש הדף, הוראות קצרות בעברית פשוטה, מחסן מילים להשלמות. מומלץ לעבוד בזוגות ולאפשר שימוש במילון.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התאימו כל חלק במסגרת התכנון לשאלה שהוא עונה עליה.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1–ה, 2–ד, 3–א, 4–ג, 5–ב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מהו ״השיא״ במסגרת התכנון?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הרגע הכי מותח או מרגש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כדאי לתכנן את הסיפור לפני שמתחילים לכתוב.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בסיפור טוב אין צורך בבעיה – מספיק לתאר את המקום.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בעיה היא המנוע של העלילה; בלעדיה אין הסתבכות ושיא.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איזה פתיח משפט מתאים לרגע שבו קורה משהו לא צפוי?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פתאום…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פתיח המשפט ״____…״ עוזר לסגור את הסיפור.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בסוף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איזה משפט מתאר רגש ״בלי להגיד את שם הרגש״?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הדמעות עמדו בעיניה.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במקום ״הוא אמר בשקט״ אפשר לכתוב: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הוא לחש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שפרו את המשפט ״היה לילה והיה רעש.״ – הוסיפו חוש אחד ודימוי אחד.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למשל: ״בלילה ללא ירח נשמעה חריקת דלת, שקטה כמו לחישה.״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בחרו משפט פתיחה אחד. כתבו סיפור: התחלה, בעיה, סוף.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מחוון האתר (100): קשר למשפט 15, מבנה 20, דמויות 15, תיאור 15, לשון ורצף 15, כתיב ופיסוק 10, מקוריות 10.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בדיקה עצמית: כתבו שני דברים מהרשימה שעשיתם (למשל: ״תיארתי 2 חושים״, ״יש דיאלוג עם מירכאות״) ודבר אחד שתשפרו.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שני פריטים מרשימת הבדיקה + יעד שיפור אחד.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תשובה אישית.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"מחברת הכתיבה – מתכננים, כותבים, בודקים"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✍️ מחברת הכתיבה – מתכננים, כותבים, בודקים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24"/>
          <w:rtl/>
          <w:szCs w:val="24"/>
          <w:bCs/>
        </w:rPr>
        <w:t>מסלול: 🌍 עולים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📖 מילים שכדאי לדעת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בעברית קלה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English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פתיחה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המשפט הראשון בסיפור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opening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סוף / סיום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המשפט האחרון בסיפור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ending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תפנית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משהו מפתיע שמשנה את הסיפור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twist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דמות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 שפועל בסיפור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character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בעיה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משהו שמשתבש בסיפור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problem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שיא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הרגע הכי מותח בסיפור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climax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פתרון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איך הבעיה נגמרת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solution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סוגה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סוג של סיפור (הרפתקה, מתח…)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genre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מסגרת תכנון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טבלה שעוזרת לתכנן לפני שכותבים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planning frame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דיאלוג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שיחה בין דמויות, בתוך מירכאות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dialogue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מסגרת התכנון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את התשובה הנכונה.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24"/>
          <w:rtl/>
          <w:szCs w:val="24"/>
          <w:bCs/>
        </w:rPr>
        <w:t>🧺 מחסן מילים:  בסוף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התאימו כל חלק במסגרת התכנון לשאלה שהוא עונה עליה.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👥 דמויות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מתי? בוקר, לילה, עבר, עתיד?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📍 מקום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איך הבעיה נפתרת? מה השתנה?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⏰ זמן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משתבש? מה צריך להשיג?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❗ בעיה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איפה זה קורה? מה רואים ושומעים?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💡 פתרון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 בסיפור ומה הן רוצות?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מהו ״השיא״ במסגרת התכנון?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הרגע הכי מותח או מרגש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שם הסיפור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המקום שבו הסיפור קורה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רשימת מילות הקישור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כדאי לתכנן את הסיפור לפני שמתחילים לכתוב.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בסיפור טוב אין צורך בבעיה – מספיק לתאר את המקום.      ◯ נכון   ◯ לא נכון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איזה פתיח משפט מתאים לרגע שבו קורה משהו לא צפוי?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בהתחלה…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פתאום…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בסוף…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הדמות רצתה…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פתיח המשפט ״_______________…״ עוזר לסגור את הסיפור.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משפרים משפטים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את המשפט מחדש, עם מילה יפה יותר.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7. איזה משפט מתאר רגש ״בלי להגיד את שם הרגש״?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היא הייתה עצובה.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הדמעות עמדו בעיניה.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היא הרגישה רע.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היא לא הייתה שמחה.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8. במקום ״הוא אמר בשקט״ אפשר לכתוב: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הוא לחש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הוא צעק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הוא קרא בהתרגשות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הוא התלונן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9. שפרו את המשפט ״היה לילה והיה רעש.״ – הוסיפו חוש אחד ודימוי אחד.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כותבים ובודקים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סיפור קצר. אחר כך סמנו 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10. בחרו משפט פתיחה אחד. כתבו סיפור: התחלה, בעיה, סוף.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11. בדיקה עצמית: כתבו שני דברים מהרשימה שעשיתם (למשל: ״תיארתי 2 חושים״, ״יש דיאלוג עם מירכאות״) ודבר אחד שתשפרו.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28"/>
          <w:rtl/>
          <w:szCs w:val="28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המשפט הכי טוב שכתבתי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מילת קישור חדשה שהשתמשתי בה: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בפעם הבאה אשפר…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מחברת הכתיבה – מתכננים, כותבים, בודקים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