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מחסן מילים – מילות קישור ושפה תיאורית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מלווה את מחסן המילים: מיון מילות קישור לפי תפקיד (זמן, הוספה, ניגוד, סיבה, תוצאה, תנאי), השלמת משפטים, החלפת ״אמר״ בפעלי דיבור והוספת חושים ודימויים.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התפקיד של מילת הקישור ״לכן״?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תוצאה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התפקיד של מילת הקישור ״אולם״?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ניגוד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ירד גשם חזק, ____ המשחק בחצר בוטל.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נועה לא יצאה להפסקה ____ היא הייתה צריכה לסיים משימה.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מילות הקישור לפי התפקיד.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זמן ורצף: אחר כך، לפתע | ניגוד: אבל، לעומת זאת | סיבה: מפני ש، בגלל | תוצאה: כתוצאה מכך، על כן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פועל דיבור לאופן שבו הדמות מדברת.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2–ב, 3–ג,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(6–8 משפטים) על הרגע שבו הדמות שלכם מגלה משהו מפתיע. השתמשו ב־3 מילות קישור מתפקידים שונים, בחוש אחד לפחות ובפועל דיבור אחד. סמנו בקו את מילות הקישור.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מילות קישור מתפקידים שונים מסומנות, חוש, פועל דיבור, רצף הגיוני.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למשל: אבל/אולם; לכן/כתוצאה מכך; לחש/שאל/צעק.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"מחסן מילים – מילות קישור ושפה תיאורית"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🧺 מחסן מילים – מילות קישור ושפה תיאורית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מילות קישור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או השלימו מילה.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לכן   ·   כי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מה התפקיד של מילת הקישור ״לכן״?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תוצאה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זמן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מה התפקיד של מילת הקישור ״אולם״?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הוספה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סיבה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ירד גשם חזק, _______________ המשחק בחצר בוטל.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נועה לא יצאה להפסקה _______________ היא הייתה צריכה לסיים משימה.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מיון ושיפור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כל מילה בטבלה.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מיינו את מילות הקישור לפי התפקיד.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מפני ש   ·   לפתע   ·   אחר כך   ·   אבל   ·   לעומת זאת   ·   בגלל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זמן ורצף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ניגוד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סיבה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תוצאה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התאימו כל פועל דיבור לאופן שבו הדמות מדברת.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לחש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בשקט מאוד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צעקה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בקול רם מאוד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גמגם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בהיסוס, המילים נתקעות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התלוננה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מתוך כעס או אי־שביעות רצון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עם המחסן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4 משפטים עם מילות קישור.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פסקה (6–8 משפטים) על הרגע שבו הדמות שלכם מגלה משהו מפתיע. השתמשו ב־3 מילות קישור מתפקידים שונים, בחוש אחד לפחות ובפועל דיבור אחד. סמנו בקו את מילות הקישור.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מילת קישור אחת של ניגוד: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מילת קישור אחת של תוצאה: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מחסן מילים – מילות קישור ושפה תיאורית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