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מחסן מילים – מילות קישור ושפה תיאורית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מלווה את מחסן המילים: מיון מילות קישור לפי תפקיד (זמן, הוספה, ניגוד, סיבה, תוצאה, תנאי), השלמת משפטים, החלפת ״אמר״ בפעלי דיבור והוספת חושים ודימויים.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התפקיד של מילת הקישור ״לכן״?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תוצאה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התפקיד של מילת הקישור ״אולם״?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ניגוד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ירד גשם חזק, ____ המשחק בחצר בוטל.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נועה לא יצאה להפסקה ____ היא הייתה צריכה לסיים משימה.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 תסיימו את התכנון, תוכלו להתחיל לכתוב.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השביל היה ארוך ומפחיד, ____ הם המשיכו ללכת.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ובכל זאת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״בינתיים״ ו״לבסוף״ הן מילות קישור של זמן ורצף.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מילות הקישור לפי התפקיד.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זמן ורצף: אחר כך، לפתע | ניגוד: אבל، לעומת זאת | סיבה: מפני ש، בגלל | תוצאה: כתוצאה מכך، על כן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פועל דיבור לאופן שבו הדמות מדברת.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2–ב, 3–ג, 4–ד, 5–ה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4–6 משפטים על הפתעה. השתמשו ב: פתאום, אבל, לכן.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מילות קישור מתפקידים שונים מסומנות, חוש, פועל דיבור, רצף הגיוני.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למשל: אבל/אולם; לכן/כתוצאה מכך; לחש/שאל/צעק.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"מחסן מילים – מילות קישור ושפה תיאורית"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🧺 מחסן מילים – מילות קישור ושפה תיאורית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מילת קישור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שמחברת בין משפטים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connective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הפוך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contrast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זה קרה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cause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תוצאה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קרה בגלל 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result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תנאי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אם… אז…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condition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השוואה עם ״כמו״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simile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פועל דיבור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במקום ״אמר״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speech verb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חושים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ראייה, שמיעה, ריח, טעם, מגע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senses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מילות קישור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או השלימו מילה.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ובכל זאת   ·   כי   ·   אם   ·   לכן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התפקיד של מילת הקישור ״לכן״?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תוצאה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תנאי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התפקיד של מילת הקישור ״אולם״?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הוספה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זמן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ירד גשם חזק, _______________ המשחק בחצר בוטל.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נועה לא יצאה להפסקה _______________ היא הייתה צריכה לסיים משימה.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_______________ תסיימו את התכנון, תוכלו להתחיל לכתוב.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השביל היה ארוך ומפחיד, _______________ הם המשיכו ללכת.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״בינתיים״ ו״לבסוף״ הן מילות קישור של זמן ורצף.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מיון ושיפור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בטבלה.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מיינו את מילות הקישור לפי התפקיד.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כתוצאה מכך   ·   על כן   ·   אחר כך   ·   בגלל   ·   אבל   ·   לפתע   ·   מפני ש   ·   לעומת זאת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זמן ורצף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ניגוד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סיבה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תוצאה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התאימו כל פועל דיבור לאופן שבו הדמות מדברת.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בשקט מאוד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צעקה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בקול רם מאוד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גמגם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בהיסוס, המילים נתקעות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התלוננה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מתוך כעס או אי־שביעות רצון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נתן תשובה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עם המחסן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4 משפטים עם מילות קישור.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כתבו 4–6 משפטים על הפתעה. השתמשו ב: פתאום, אבל, לכן.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מילת קישור אחת של ניגוד: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מילת קישור אחת של תוצאה: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פועל דיבור במקום ״אמר״: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מחסן מילים – מילות קישור ושפה תיאורית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