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מחסן מילים – מילות קישור ושפה תיאורית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מחסן המילים: מיון מילות קישור לפי תפקיד (זמן, הוספה, ניגוד, סיבה, תוצאה, תנאי), השלמת משפטים, החלפת ״אמר״ בפעלי דיבור והוספת חושים ודימויים.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התפקיד של מילת הקישור ״לכן״?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תוצאה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התפקיד של מילת הקישור ״אולם״?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ניגוד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ירד גשם חזק, ____ המשחק בחצר בוטל.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נועה לא יצאה להפסקה ____ היא הייתה צריכה לסיים משימה.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 תסיימו את התכנון, תוכלו להתחיל לכתוב.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השביל היה ארוך ומפחיד, ____ הם המשיכו ללכת.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ובכל 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״בינתיים״ ו״לבסוף״ הן מילות קישור של זמן ורצף.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מילות הקישור לפי התפקיד.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 ורצף: אחר כך، לפתע | ניגוד: אבל، לעומת זאת | סיבה: מפני ש، בגלל | תוצאה: כתוצאה מכך، על 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פועל דיבור לאופן שבו הדמות מדברת.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3–ד, 4–ה,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החליפו את ״הוא הרגיש טוב״ בביטוי מן המחסן, וכתבו משפט שלם.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״חיוך התפשט על פניו כשראה את התוצאה.״ / ״נשם לרווחה.״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דימוי משלכם: ״הכיתה הייתה שקטה כמו ____״ והסבירו מה הדימוי מוסיף.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מקורי (״כמו ספרייה בלילה״) שיוצר תמונה ואווירה.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(6–8 משפטים) על הרגע שבו הדמות שלכם מגלה משהו מפתיע. השתמשו ב־3 מילות קישור מתפקידים שונים, בחוש אחד לפחות ובפועל דיבור אחד. סמנו בקו את מילות הקישור.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מילות קישור מתפקידים שונים מסומנות, חוש, פועל דיבור, רצף הגיוני.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למשל: אבל/אולם; לכן/כתוצאה מכך; לחש/שאל/צעק.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"מחסן מילים – מילות קישור ושפה תיאורית"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🧺 מחסן מילים – מילות קישור ושפה תיאורית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מילות קישור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על השאלות.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התפקיד של מילת הקישור ״לכן״?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תנאי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התפקיד של מילת הקישור ״אולם״?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הוספה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ירד גשם חזק, _______________ המשחק בחצר בוטל.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נועה לא יצאה להפסקה _______________ היא הייתה צריכה לסיים משימה.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_______________ תסיימו את התכנון, תוכלו להתחיל לכתוב.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השביל היה ארוך ומפחיד, _______________ הם המשיכו ללכת.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״בינתיים״ ו״לבסוף״ הן מילות קישור של זמן ורצף.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 ושיפור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מיינו, התאימו ושפרו.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מיינו את מילות הקישור לפי התפקיד.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אבל   ·   אחר כך   ·   על כן   ·   לפתע   ·   כתוצאה מכך   ·   בגלל   ·   מפני ש   ·   לעומת זאת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 ורצף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תוצאה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כל פועל דיבור לאופן שבו הדמות מדברת.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נתן תשובה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בשקט מאוד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גמגם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בקול רם מאוד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התלוננה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בהיסוס, המילים נתקעות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מתוך כעס או אי־שביעות רצון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החליפו את ״הוא הרגיש טוב״ בביטוי מן המחסן, וכתבו משפט שלם.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השלימו דימוי משלכם: ״הכיתה הייתה שקטה כמו ____״ והסבירו מה הדימוי מוסיף.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עם המחסן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פסקה.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פסקה (6–8 משפטים) על הרגע שבו הדמות שלכם מגלה משהו מפתיע. השתמשו ב־3 מילות קישור מתפקידים שונים, בחוש אחד לפחות ובפועל דיבור אחד. סמנו בקו את מילות הקישור.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מילת קישור אחת של ניגוד: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מילת קישור אחת של תוצאה: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פועל דיבור במקום ״אמר״: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מחסן מילים – מילות קישור ושפה תיאורית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